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[Organization name] Annual General Meeting Minutes</w:t>
      </w:r>
    </w:p>
    <w:p>
      <w:r>
        <w:t>Meeting type: Annual general meeting</w:t>
      </w:r>
    </w:p>
    <w:p>
      <w:r>
        <w:t>Date: [date]     Time: [start] to [end]     Place: [location or online link]</w:t>
      </w:r>
    </w:p>
    <w:p>
      <w:r>
        <w:t>Present: [names]</w:t>
      </w:r>
    </w:p>
    <w:p>
      <w:r>
        <w:t>Absent with apologies: [names]</w:t>
      </w:r>
    </w:p>
    <w:p>
      <w:r>
        <w:t>Also present: [guests, staff]</w:t>
      </w:r>
    </w:p>
    <w:p>
      <w:r>
        <w:t>Members present: [number]     Proxies held: [number]     Quorum: [yes / no]</w:t>
      </w:r>
    </w:p>
    <w:p>
      <w:pPr>
        <w:pStyle w:val="Heading2"/>
      </w:pPr>
      <w:r>
        <w:t>1. Welcome and apologies</w:t>
      </w:r>
    </w:p>
    <w:p>
      <w:r>
        <w:t>[Chair] opened the meeting at [time]. Notice was sent on [date].</w:t>
      </w:r>
    </w:p>
    <w:p>
      <w:pPr>
        <w:pStyle w:val="Heading2"/>
      </w:pPr>
      <w:r>
        <w:t>2. Minutes of the last AGM</w:t>
      </w:r>
    </w:p>
    <w:p>
      <w:r>
        <w:t>Approved [as written / as corrected]. Proposed by [name], seconded by [name].</w:t>
      </w:r>
    </w:p>
    <w:p>
      <w:pPr>
        <w:pStyle w:val="Heading2"/>
      </w:pPr>
      <w:r>
        <w:t>3. Chair's report</w:t>
      </w:r>
    </w:p>
    <w:p>
      <w:r>
        <w:t>[Summary]</w:t>
      </w:r>
    </w:p>
    <w:p>
      <w:pPr>
        <w:pStyle w:val="Heading2"/>
      </w:pPr>
      <w:r>
        <w:t>4. Treasurer's report and accounts</w:t>
      </w:r>
    </w:p>
    <w:p>
      <w:r>
        <w:t>Accounts for the year ending [date] were [received / adopted]. [Key figures]</w:t>
      </w:r>
    </w:p>
    <w:p>
      <w:pPr>
        <w:pStyle w:val="Heading2"/>
      </w:pPr>
      <w:r>
        <w:t>5. Election of officers and committee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Role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Nominated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Proposed by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Seconded by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Result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/>
    <w:p>
      <w:pPr>
        <w:pStyle w:val="Heading2"/>
      </w:pPr>
      <w:r>
        <w:t>6. Resolutions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Motion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Moved by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Seconded by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Result (for / against / abstain)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pPr>
        <w:pStyle w:val="Heading2"/>
      </w:pPr>
      <w:r>
        <w:t>7. Any other business</w:t>
      </w:r>
    </w:p>
    <w:p>
      <w:r>
        <w:t>[Item, short summary]</w:t>
      </w:r>
    </w:p>
    <w:p>
      <w:pPr>
        <w:pStyle w:val="Heading2"/>
      </w:pPr>
      <w:r>
        <w:t>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p>
      <w:pPr>
        <w:pStyle w:val="Heading2"/>
      </w:pPr>
      <w:r>
        <w:t>8. Date of next AGM</w:t>
      </w:r>
    </w:p>
    <w:p>
      <w:r>
        <w:t>[date]. The meeting closed at [time].</w:t>
      </w:r>
    </w:p>
    <w:p>
      <w:r>
        <w:t>Minutes taken by: [name]</w:t>
      </w:r>
    </w:p>
    <w:p>
      <w:r>
        <w:t>Approved on: [date]</w:t>
      </w:r>
    </w:p>
    <w:p>
      <w:r>
        <w:t>Signed: ____________________  Chair        ____________________  Secretary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