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[Organization name] Board of Directors Minutes</w:t>
      </w:r>
    </w:p>
    <w:p>
      <w:r>
        <w:t>Meeting type: [regular / special]</w:t>
      </w:r>
    </w:p>
    <w:p>
      <w:r>
        <w:t>Date: [date]     Time: [start] to [end]     Place: [location or online link]</w:t>
      </w:r>
    </w:p>
    <w:p>
      <w:r>
        <w:t>Present: [names]</w:t>
      </w:r>
    </w:p>
    <w:p>
      <w:r>
        <w:t>Absent with apologies: [names]</w:t>
      </w:r>
    </w:p>
    <w:p>
      <w:r>
        <w:t>Also present: [guests, staff]</w:t>
      </w:r>
    </w:p>
    <w:p>
      <w:r>
        <w:t>Quorum: [yes / no, number present of number required]</w:t>
      </w:r>
    </w:p>
    <w:p>
      <w:r>
        <w:t>Conflicts of interest declared: [none / name and item]</w:t>
      </w:r>
    </w:p>
    <w:p>
      <w:pPr>
        <w:pStyle w:val="Heading2"/>
      </w:pPr>
      <w:r>
        <w:t>1. Call to order and quorum</w:t>
      </w:r>
    </w:p>
    <w:p>
      <w:r>
        <w:t>The chair called the meeting to order at [time]. The secretary confirmed a quorum.</w:t>
      </w:r>
    </w:p>
    <w:p>
      <w:pPr>
        <w:pStyle w:val="Heading2"/>
      </w:pPr>
      <w:r>
        <w:t>2. Approval of previous minutes</w:t>
      </w:r>
    </w:p>
    <w:p>
      <w:r>
        <w:t>Approved [as written / as corrected]. Moved by [name], seconded by [name].</w:t>
      </w:r>
    </w:p>
    <w:p>
      <w:pPr>
        <w:pStyle w:val="Heading2"/>
      </w:pPr>
      <w:r>
        <w:t>3. Reports</w:t>
      </w:r>
    </w:p>
    <w:p>
      <w:r>
        <w:t>Treasurer: [key figures]</w:t>
      </w:r>
    </w:p>
    <w:p>
      <w:r>
        <w:t>Executive director / committees: [updates]</w:t>
      </w:r>
    </w:p>
    <w:p>
      <w:pPr>
        <w:pStyle w:val="Heading2"/>
      </w:pPr>
      <w:r>
        <w:t>4. Business</w:t>
      </w:r>
    </w:p>
    <w:p>
      <w:r>
        <w:t>[Item, short summary, then the motion in the exact words voted on]</w:t>
      </w:r>
    </w:p>
    <w:p>
      <w:pPr>
        <w:pStyle w:val="Heading2"/>
      </w:pPr>
      <w:r>
        <w:t>Motions and votes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Motion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Moved by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Seconded by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Result (for / against / abstain)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pPr>
        <w:pStyle w:val="Heading2"/>
      </w:pPr>
      <w:r>
        <w:t>5. Executive session</w:t>
      </w:r>
    </w:p>
    <w:p>
      <w:r>
        <w:t>The board went into executive session at [time] to discuss [general reason]. Present: [names]. No action taken / action taken: [motion]. The board returned to open session at [time].</w:t>
      </w:r>
    </w:p>
    <w:p>
      <w:pPr>
        <w:pStyle w:val="Heading2"/>
      </w:pPr>
      <w: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pPr>
        <w:pStyle w:val="Heading2"/>
      </w:pPr>
      <w:r>
        <w:t>6. Next meeting and adjournment</w:t>
      </w:r>
    </w:p>
    <w:p>
      <w:r>
        <w:t>Next meeting: [date, time, place]. Adjourned at [time].</w:t>
      </w:r>
    </w:p>
    <w:p>
      <w:r>
        <w:t>Minutes taken by: [name]</w:t>
      </w:r>
    </w:p>
    <w:p>
      <w:r>
        <w:t>Approved on: [date]</w:t>
      </w:r>
    </w:p>
    <w:p>
      <w:r>
        <w:t>Signed: ____________________  Chair        ____________________  Secretary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