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[Church name] [Parish council / Church council / Vestry] Minutes</w:t>
      </w:r>
    </w:p>
    <w:p>
      <w:r>
        <w:t>Date: [date]     Time: [start] to [end]     Place: [location or online link]</w:t>
      </w:r>
    </w:p>
    <w:p>
      <w:r>
        <w:t>Present: [names]</w:t>
      </w:r>
    </w:p>
    <w:p>
      <w:r>
        <w:t>Absent with apologies: [names]</w:t>
      </w:r>
    </w:p>
    <w:p>
      <w:r>
        <w:t>Also present: [guests, staff]</w:t>
      </w:r>
    </w:p>
    <w:p>
      <w:r>
        <w:t>Quorum: [yes / no]</w:t>
      </w:r>
    </w:p>
    <w:p>
      <w:pPr>
        <w:pStyle w:val="Heading2"/>
      </w:pPr>
      <w:r>
        <w:t>1. Opening prayer and welcome</w:t>
      </w:r>
    </w:p>
    <w:p>
      <w:r>
        <w:t>Opened at [time] by [name].</w:t>
      </w:r>
    </w:p>
    <w:p>
      <w:pPr>
        <w:pStyle w:val="Heading2"/>
      </w:pPr>
      <w:r>
        <w:t>2. Minutes of the last meeting</w:t>
      </w:r>
    </w:p>
    <w:p>
      <w:r>
        <w:t>Approved [as written / as corrected]. Moved by [name], seconded by [name].</w:t>
      </w:r>
    </w:p>
    <w:p>
      <w:pPr>
        <w:pStyle w:val="Heading2"/>
      </w:pPr>
      <w:r>
        <w:t>3. Clergy and wardens' reports</w:t>
      </w:r>
    </w:p>
    <w:p>
      <w:r>
        <w:t>[Summary]</w:t>
      </w:r>
    </w:p>
    <w:p>
      <w:pPr>
        <w:pStyle w:val="Heading2"/>
      </w:pPr>
      <w:r>
        <w:t>4. Treasurer's report</w:t>
      </w:r>
    </w:p>
    <w:p>
      <w:r>
        <w:t>[Key figures]</w:t>
      </w:r>
    </w:p>
    <w:p>
      <w:pPr>
        <w:pStyle w:val="Heading2"/>
      </w:pPr>
      <w:r>
        <w:t>5. Buildings, ministries and events</w:t>
      </w:r>
    </w:p>
    <w:p>
      <w:r>
        <w:t>[Item, summary, decision]</w:t>
      </w:r>
    </w:p>
    <w:p>
      <w:pPr>
        <w:pStyle w:val="Heading2"/>
      </w:pPr>
      <w:r>
        <w:t>Motions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Moved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Result (for / against / abstain)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6. Next meeting</w:t>
      </w:r>
    </w:p>
    <w:p>
      <w:r>
        <w:t>[date, time, place]. Closing prayer and adjournment at [time].</w:t>
      </w:r>
    </w:p>
    <w:p>
      <w:r>
        <w:t>Minutes taken by: [name]</w:t>
      </w:r>
    </w:p>
    <w:p>
      <w:r>
        <w:t>Approved on: [date]</w:t>
      </w:r>
    </w:p>
    <w:p>
      <w:r>
        <w:t>Signed: ____________________  Chair        ____________________  Secretary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