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[Club name] Meeting Minutes</w:t>
      </w:r>
    </w:p>
    <w:p>
      <w:r>
        <w:t>Meeting type: [regular / general / committee]</w:t>
      </w:r>
    </w:p>
    <w:p>
      <w:r>
        <w:t>Date: [date]     Time: [start] to [end]     Place: [location or online link]</w:t>
      </w:r>
    </w:p>
    <w:p>
      <w:r>
        <w:t>Present: [names]</w:t>
      </w:r>
    </w:p>
    <w:p>
      <w:r>
        <w:t>Absent with apologies: [names]</w:t>
      </w:r>
    </w:p>
    <w:p>
      <w:r>
        <w:t>Also present: [guests, staff]</w:t>
      </w:r>
    </w:p>
    <w:p>
      <w:r>
        <w:t>Members present: [number]     Quorum: [yes / no]</w:t>
      </w:r>
    </w:p>
    <w:p>
      <w:pPr>
        <w:pStyle w:val="Heading2"/>
      </w:pPr>
      <w:r>
        <w:t>1. Welcome and apologies</w:t>
      </w:r>
    </w:p>
    <w:p>
      <w:r>
        <w:t>[Chair] opened the meeting at [time]. Apologies: [names].</w:t>
      </w:r>
    </w:p>
    <w:p>
      <w:pPr>
        <w:pStyle w:val="Heading2"/>
      </w:pPr>
      <w:r>
        <w:t>2. Minutes of the last meeting</w:t>
      </w:r>
    </w:p>
    <w:p>
      <w:r>
        <w:t>Approved [as written / as corrected]. Moved by [name], seconded by [name].</w:t>
      </w:r>
    </w:p>
    <w:p>
      <w:pPr>
        <w:pStyle w:val="Heading2"/>
      </w:pPr>
      <w:r>
        <w:t>3. Matters arising</w:t>
      </w:r>
    </w:p>
    <w:p>
      <w:r>
        <w:t>[Item and update]</w:t>
      </w:r>
    </w:p>
    <w:p>
      <w:pPr>
        <w:pStyle w:val="Heading2"/>
      </w:pPr>
      <w:r>
        <w:t>4. Correspondence</w:t>
      </w:r>
    </w:p>
    <w:p>
      <w:r>
        <w:t>[Letters or emails received or sent]</w:t>
      </w:r>
    </w:p>
    <w:p>
      <w:pPr>
        <w:pStyle w:val="Heading2"/>
      </w:pPr>
      <w:r>
        <w:t>5. Treasurer's report</w:t>
      </w:r>
    </w:p>
    <w:p>
      <w:r>
        <w:t>Balance: [amount]. Income and spending since last meeting: [notes]</w:t>
      </w:r>
    </w:p>
    <w:p>
      <w:pPr>
        <w:pStyle w:val="Heading2"/>
      </w:pPr>
      <w:r>
        <w:t>6. Other business</w:t>
      </w:r>
    </w:p>
    <w:p>
      <w:r>
        <w:t>[Item, short summary]</w:t>
      </w:r>
    </w:p>
    <w:p>
      <w:pPr>
        <w:pStyle w:val="Heading2"/>
      </w:pPr>
      <w:r>
        <w:t>Motions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Motion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Moved by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Seconded by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Result (for / against / abstain)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p>
      <w:pPr>
        <w:pStyle w:val="Heading2"/>
      </w:pPr>
      <w:r>
        <w:t>Action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Task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Due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/>
    <w:p>
      <w:pPr>
        <w:pStyle w:val="Heading2"/>
      </w:pPr>
      <w:r>
        <w:t>7. Next meeting</w:t>
      </w:r>
    </w:p>
    <w:p>
      <w:r>
        <w:t>[date, time, place]. Meeting closed at [time].</w:t>
      </w:r>
    </w:p>
    <w:p>
      <w:r>
        <w:t>Minutes taken by: [name]</w:t>
      </w:r>
    </w:p>
    <w:p>
      <w:r>
        <w:t>Approved on: [date]</w:t>
      </w:r>
    </w:p>
    <w:p>
      <w:r>
        <w:t>Signed: ____________________  Chair        ____________________  Secretary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