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[HOA name] Board Meeting Minutes</w:t>
      </w:r>
    </w:p>
    <w:p>
      <w:r>
        <w:t>Meeting type: [regular / special / annual]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Owners present: [number]     Quorum: [yes / no]</w:t>
      </w:r>
    </w:p>
    <w:p>
      <w:pPr>
        <w:pStyle w:val="Heading2"/>
      </w:pPr>
      <w:r>
        <w:t>1. Call to order</w:t>
      </w:r>
    </w:p>
    <w:p>
      <w:r>
        <w:t>Called to order by [name] at [time]. Notice was given on [date] by [method].</w:t>
      </w:r>
    </w:p>
    <w:p>
      <w:pPr>
        <w:pStyle w:val="Heading2"/>
      </w:pPr>
      <w:r>
        <w:t>2. Approval of previous minutes</w:t>
      </w:r>
    </w:p>
    <w:p>
      <w:r>
        <w:t>Approved [as written / as corrected]. Moved by [name], seconded by [name].</w:t>
      </w:r>
    </w:p>
    <w:p>
      <w:pPr>
        <w:pStyle w:val="Heading2"/>
      </w:pPr>
      <w:r>
        <w:t>3. Owner forum</w:t>
      </w:r>
    </w:p>
    <w:p>
      <w:r>
        <w:t>[Name or unit, topic, response]</w:t>
      </w:r>
    </w:p>
    <w:p>
      <w:pPr>
        <w:pStyle w:val="Heading2"/>
      </w:pPr>
      <w:r>
        <w:t>4. Financial report</w:t>
      </w:r>
    </w:p>
    <w:p>
      <w:r>
        <w:t>Balance: [amount]. Reserve fund: [amount]. Delinquencies: [number]. Dues and assessments: [notes]</w:t>
      </w:r>
    </w:p>
    <w:p>
      <w:pPr>
        <w:pStyle w:val="Heading2"/>
      </w:pPr>
      <w:r>
        <w:t>5. Management and committee reports</w:t>
      </w:r>
    </w:p>
    <w:p>
      <w:r>
        <w:t>Maintenance: [items]</w:t>
      </w:r>
    </w:p>
    <w:p>
      <w:r>
        <w:t>Architectural review: [requests and decisions]</w:t>
      </w:r>
    </w:p>
    <w:p>
      <w:pPr>
        <w:pStyle w:val="Heading2"/>
      </w:pPr>
      <w:r>
        <w:t>6. Old and new business</w:t>
      </w:r>
    </w:p>
    <w:p>
      <w:r>
        <w:t>[Item, short summary]</w:t>
      </w:r>
    </w:p>
    <w:p>
      <w:pPr>
        <w:pStyle w:val="Heading2"/>
      </w:pPr>
      <w:r>
        <w:t>Motions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7. Next meeting</w:t>
      </w:r>
    </w:p>
    <w:p>
      <w:r>
        <w:t>[date, time, place]. Adjourned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