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Interview transcript (template)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4320"/>
          </w:tcPr>
          <w:p>
            <w:r>
              <w:t>[Study or story name]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of interview</w:t>
            </w:r>
          </w:p>
        </w:tc>
        <w:tc>
          <w:tcPr>
            <w:tcW w:type="dxa" w:w="4320"/>
          </w:tcPr>
          <w:p>
            <w:r>
              <w:t>[YYYY-MM-DD]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Interviewer</w:t>
            </w:r>
          </w:p>
        </w:tc>
        <w:tc>
          <w:tcPr>
            <w:tcW w:type="dxa" w:w="4320"/>
          </w:tcPr>
          <w:p>
            <w:r>
              <w:t>[Name or code]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Participant</w:t>
            </w:r>
          </w:p>
        </w:tc>
        <w:tc>
          <w:tcPr>
            <w:tcW w:type="dxa" w:w="4320"/>
          </w:tcPr>
          <w:p>
            <w:r>
              <w:t>[P01, role or description]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Duration</w:t>
            </w:r>
          </w:p>
        </w:tc>
        <w:tc>
          <w:tcPr>
            <w:tcW w:type="dxa" w:w="4320"/>
          </w:tcPr>
          <w:p>
            <w:r>
              <w:t>[hh:mm:ss]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Transcription style</w:t>
            </w:r>
          </w:p>
        </w:tc>
        <w:tc>
          <w:tcPr>
            <w:tcW w:type="dxa" w:w="4320"/>
          </w:tcPr>
          <w:p>
            <w:r>
              <w:t>[Clean verbatim or full verbatim; conventions used, e.g. [inaudible], [laughs], [crosstalk]]</w:t>
            </w:r>
          </w:p>
        </w:tc>
      </w:tr>
    </w:tbl>
    <w:p/>
    <w:p>
      <w:r>
        <w:rPr>
          <w:b/>
        </w:rPr>
        <w:t xml:space="preserve">[00:00:00] [Interviewer]: </w:t>
      </w:r>
      <w:r>
        <w:t>[First question]</w:t>
      </w:r>
    </w:p>
    <w:p>
      <w:r>
        <w:rPr>
          <w:b/>
        </w:rPr>
        <w:t xml:space="preserve">[00:00:10] [P01]: </w:t>
      </w:r>
      <w:r>
        <w:t>[First answer]</w:t>
      </w:r>
    </w:p>
    <w:p>
      <w:r>
        <w:rPr>
          <w:b/>
        </w:rPr>
        <w:t xml:space="preserve">[00:00:35] [Interviewer]: </w:t>
      </w:r>
      <w:r>
        <w:t>[Next question]</w:t>
      </w:r>
    </w:p>
    <w:p>
      <w:r>
        <w:rPr>
          <w:b/>
        </w:rPr>
        <w:t xml:space="preserve">[00:00:42] [P01]: </w:t>
      </w:r>
      <w:r>
        <w:t>[Answer. Mark unclear speech as [inaudible 00:00:50]]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