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[Organization name] Meeting Minutes</w:t>
      </w:r>
    </w:p>
    <w:p>
      <w:r>
        <w:t>Meeting type: [regular / special / annual / committee]</w:t>
      </w:r>
    </w:p>
    <w:p>
      <w:r>
        <w:t>Date: [date]     Time: [start] to [end]     Place: [location or online link]</w:t>
      </w:r>
    </w:p>
    <w:p>
      <w:r>
        <w:t>Present: [names]</w:t>
      </w:r>
    </w:p>
    <w:p>
      <w:r>
        <w:t>Absent with apologies: [names]</w:t>
      </w:r>
    </w:p>
    <w:p>
      <w:r>
        <w:t>Also present: [guests, staff]</w:t>
      </w:r>
    </w:p>
    <w:p>
      <w:r>
        <w:t>Quorum: [yes / no, number present of number required]</w:t>
      </w:r>
    </w:p>
    <w:p>
      <w:pPr>
        <w:pStyle w:val="Heading2"/>
      </w:pPr>
      <w:r>
        <w:t>1. Call to order</w:t>
      </w:r>
    </w:p>
    <w:p>
      <w:r>
        <w:t>The chair called the meeting to order at [time].</w:t>
      </w:r>
    </w:p>
    <w:p>
      <w:pPr>
        <w:pStyle w:val="Heading2"/>
      </w:pPr>
      <w:r>
        <w:t>2. Approval of previous minutes</w:t>
      </w:r>
    </w:p>
    <w:p>
      <w:r>
        <w:t>Minutes of [date] were approved [as written / as corrected]. Moved by [name], seconded by [name].</w:t>
      </w:r>
    </w:p>
    <w:p>
      <w:pPr>
        <w:pStyle w:val="Heading2"/>
      </w:pPr>
      <w:r>
        <w:t>3. Reports</w:t>
      </w:r>
    </w:p>
    <w:p>
      <w:r>
        <w:t>[Treasurer, officers, committees: one or two lines each]</w:t>
      </w:r>
    </w:p>
    <w:p>
      <w:pPr>
        <w:pStyle w:val="Heading2"/>
      </w:pPr>
      <w:r>
        <w:t>4. Old business</w:t>
      </w:r>
    </w:p>
    <w:p>
      <w:r>
        <w:t>[Item, short summary, outcome]</w:t>
      </w:r>
    </w:p>
    <w:p>
      <w:pPr>
        <w:pStyle w:val="Heading2"/>
      </w:pPr>
      <w:r>
        <w:t>5. New business</w:t>
      </w:r>
    </w:p>
    <w:p>
      <w:r>
        <w:t>[Item, short summary of the discussion]</w:t>
      </w:r>
    </w:p>
    <w:p>
      <w:pPr>
        <w:pStyle w:val="Heading2"/>
      </w:pPr>
      <w:r>
        <w:t>Motions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Motion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Moved by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Seconded by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Result (for / against / abstain)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pPr>
        <w:pStyle w:val="Heading2"/>
      </w:pPr>
      <w: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pPr>
        <w:pStyle w:val="Heading2"/>
      </w:pPr>
      <w:r>
        <w:t>6. Next meeting</w:t>
      </w:r>
    </w:p>
    <w:p>
      <w:r>
        <w:t>[date, time, place]</w:t>
      </w:r>
    </w:p>
    <w:p>
      <w:r>
        <w:t>The meeting was adjourned at [time].</w:t>
      </w:r>
    </w:p>
    <w:p>
      <w:r>
        <w:t>Minutes taken by: [name]</w:t>
      </w:r>
    </w:p>
    <w:p>
      <w:r>
        <w:t>Approved on: [date]</w:t>
      </w:r>
    </w:p>
    <w:p>
      <w:r>
        <w:t>Signed: ____________________  Chair        ____________________  Secretary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