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[School name] PTA Meeting Minutes</w:t>
      </w:r>
    </w:p>
    <w:p>
      <w:r>
        <w:t>Date: [date]     Time: [start] to [end]     Place: [location or online link]</w:t>
      </w:r>
    </w:p>
    <w:p>
      <w:r>
        <w:t>Present: [names]</w:t>
      </w:r>
    </w:p>
    <w:p>
      <w:r>
        <w:t>Absent with apologies: [names]</w:t>
      </w:r>
    </w:p>
    <w:p>
      <w:r>
        <w:t>Also present: [guests, staff]</w:t>
      </w:r>
    </w:p>
    <w:p>
      <w:r>
        <w:t>Quorum: [yes / no]</w:t>
      </w:r>
    </w:p>
    <w:p>
      <w:pPr>
        <w:pStyle w:val="Heading2"/>
      </w:pPr>
      <w:r>
        <w:t>1. Call to order and approval of last minutes</w:t>
      </w:r>
    </w:p>
    <w:p>
      <w:r>
        <w:t>Called to order at [time]. Minutes of [date] approved [as written / as corrected].</w:t>
      </w:r>
    </w:p>
    <w:p>
      <w:pPr>
        <w:pStyle w:val="Heading2"/>
      </w:pPr>
      <w:r>
        <w:t>2. Principal's report</w:t>
      </w:r>
    </w:p>
    <w:p>
      <w:r>
        <w:t>[Summary]</w:t>
      </w:r>
    </w:p>
    <w:p>
      <w:pPr>
        <w:pStyle w:val="Heading2"/>
      </w:pPr>
      <w:r>
        <w:t>3. Treasurer's report</w:t>
      </w:r>
    </w:p>
    <w:p>
      <w:r>
        <w:t>Balance: [amount]. Spent since last meeting: [amount and purpose]</w:t>
      </w:r>
    </w:p>
    <w:p>
      <w:pPr>
        <w:pStyle w:val="Heading2"/>
      </w:pPr>
      <w:r>
        <w:t>4. Committee reports and fundraising</w:t>
      </w:r>
    </w:p>
    <w:p>
      <w:r>
        <w:t>[Event, date, who is leading, goal]</w:t>
      </w:r>
    </w:p>
    <w:p>
      <w:pPr>
        <w:pStyle w:val="Heading2"/>
      </w:pPr>
      <w:r>
        <w:t>5. Motions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Motion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Moved by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Seconded by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Result (for / against / abstain)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/>
    <w:p>
      <w:pPr>
        <w:pStyle w:val="Heading2"/>
      </w:pPr>
      <w:r>
        <w:t>Action items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Task</w:t>
            </w:r>
          </w:p>
        </w:tc>
        <w:tc>
          <w:tcPr>
            <w:tcW w:type="dxa" w:w="2880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Due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/>
    <w:p>
      <w:pPr>
        <w:pStyle w:val="Heading2"/>
      </w:pPr>
      <w:r>
        <w:t>6. Next meeting</w:t>
      </w:r>
    </w:p>
    <w:p>
      <w:r>
        <w:t>[date, time, place]. Adjourned at [time].</w:t>
      </w:r>
    </w:p>
    <w:p>
      <w:r>
        <w:t>Minutes taken by: [name]</w:t>
      </w:r>
    </w:p>
    <w:p>
      <w:r>
        <w:t>Approved on: [date]</w:t>
      </w:r>
    </w:p>
    <w:p>
      <w:r>
        <w:t>Signed: ____________________  Chair        ____________________  Secretary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